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84"/>
        <w:gridCol w:w="8410"/>
      </w:tblGrid>
      <w:tr>
        <w:tc>
          <w:tcPr>
            <w:tcW w:type="dxa" w:w="4997"/>
          </w:tcPr>
          <w:p>
            <w:r>
              <w:drawing>
                <wp:inline xmlns:a="http://schemas.openxmlformats.org/drawingml/2006/main" xmlns:pic="http://schemas.openxmlformats.org/drawingml/2006/picture">
                  <wp:extent cx="768096" cy="79257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black(3)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096" cy="7925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97"/>
          </w:tcPr>
          <w:p>
            <w:pPr>
              <w:jc w:val="right"/>
            </w:pPr>
            <w:r>
              <w:rPr>
                <w:rFonts w:ascii="Chakra Petch" w:hAnsi="Chakra Petch"/>
                <w:b/>
                <w:color w:val="111115"/>
                <w:sz w:val="24"/>
              </w:rPr>
              <w:t>LORD OF LASERS 2026</w:t>
            </w:r>
          </w:p>
          <w:p>
            <w:pPr>
              <w:jc w:val="right"/>
            </w:pPr>
            <w:r>
              <w:rPr>
                <w:rFonts w:ascii="Chakra Petch" w:hAnsi="Chakra Petch"/>
                <w:b/>
                <w:color w:val="A074FF"/>
                <w:sz w:val="16"/>
              </w:rPr>
              <w:t>KRAKÓW  •  26 WRZEŚNIA 2026  •  SYNERISE ARENA</w:t>
            </w:r>
          </w:p>
        </w:tc>
      </w:tr>
    </w:tbl>
    <w:p>
      <w:pPr>
        <w:pStyle w:val="Title"/>
      </w:pPr>
      <w:r>
        <w:t>Formularz akredytacyjny</w:t>
      </w:r>
    </w:p>
    <w:p>
      <w:pPr>
        <w:spacing w:after="60"/>
      </w:pPr>
      <w:r>
        <w:rPr>
          <w:sz w:val="16"/>
        </w:rPr>
        <w:t>Wypełnij dane osoby ubiegającej się o akredytację oraz wskaż planowany zakres relacji z wydarzenia.</w:t>
      </w:r>
    </w:p>
    <w:p>
      <w:pPr>
        <w:pStyle w:val="FormSection"/>
      </w:pPr>
      <w:r>
        <w:t>Dane osoby ubiegającej się o akredytację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vAlign w:val="center"/>
          </w:tcPr>
          <w:p>
            <w:pPr>
              <w:spacing w:after="60"/>
            </w:pPr>
            <w:r>
              <w:rPr>
                <w:rFonts w:ascii="Sora" w:hAnsi="Sora"/>
                <w:b/>
                <w:color w:val="5B5B66"/>
                <w:sz w:val="14"/>
              </w:rPr>
              <w:t>IMIĘ I NAZWISKO</w:t>
            </w:r>
          </w:p>
          <w:p>
            <w:pPr>
              <w:spacing w:after="160" w:line="240" w:lineRule="auto"/>
              <w:pBdr>
                <w:bottom w:val="single" w:sz="6" w:color="D9D4E2" w:space="2"/>
              </w:pBdr>
            </w:pPr>
            <w:r>
              <w:t xml:space="preserve"> </w:t>
            </w:r>
          </w:p>
        </w:tc>
      </w:tr>
    </w:tbl>
    <w:p>
      <w:pPr>
        <w:spacing w:after="20" w:line="40" w:lineRule="exact"/>
      </w:pPr>
      <w:r>
        <w:rPr>
          <w:sz w:val="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vAlign w:val="center"/>
          </w:tcPr>
          <w:p>
            <w:pPr>
              <w:spacing w:after="60"/>
            </w:pPr>
            <w:r>
              <w:rPr>
                <w:rFonts w:ascii="Sora" w:hAnsi="Sora"/>
                <w:b/>
                <w:color w:val="5B5B66"/>
                <w:sz w:val="14"/>
              </w:rPr>
              <w:t>ADRES E-MAIL</w:t>
            </w:r>
          </w:p>
          <w:p>
            <w:pPr>
              <w:spacing w:after="160" w:line="240" w:lineRule="auto"/>
              <w:pBdr>
                <w:bottom w:val="single" w:sz="6" w:color="D9D4E2" w:space="2"/>
              </w:pBdr>
            </w:pPr>
            <w:r>
              <w:t xml:space="preserve"> </w:t>
            </w:r>
          </w:p>
        </w:tc>
        <w:tc>
          <w:tcPr>
            <w:tcW w:type="dxa" w:w="4997"/>
            <w:vAlign w:val="center"/>
          </w:tcPr>
          <w:p>
            <w:pPr>
              <w:spacing w:after="60"/>
            </w:pPr>
            <w:r>
              <w:rPr>
                <w:rFonts w:ascii="Sora" w:hAnsi="Sora"/>
                <w:b/>
                <w:color w:val="5B5B66"/>
                <w:sz w:val="14"/>
              </w:rPr>
              <w:t>NUMER TELEFONU</w:t>
            </w:r>
          </w:p>
          <w:p>
            <w:pPr>
              <w:spacing w:after="160" w:line="240" w:lineRule="auto"/>
              <w:pBdr>
                <w:bottom w:val="single" w:sz="6" w:color="D9D4E2" w:space="2"/>
              </w:pBdr>
            </w:pPr>
            <w:r>
              <w:t xml:space="preserve"> </w:t>
            </w:r>
          </w:p>
        </w:tc>
      </w:tr>
    </w:tbl>
    <w:p>
      <w:pPr>
        <w:spacing w:after="20" w:line="40" w:lineRule="exact"/>
      </w:pPr>
      <w:r>
        <w:rPr>
          <w:sz w:val="4"/>
        </w:rPr>
        <w:t xml:space="preserve"> </w:t>
      </w:r>
    </w:p>
    <w:p>
      <w:pPr>
        <w:spacing w:after="80"/>
      </w:pPr>
      <w:r>
        <w:rPr>
          <w:b/>
          <w:sz w:val="16"/>
        </w:rPr>
        <w:t>Rola podczas wydarzenia</w:t>
      </w:r>
    </w:p>
    <w:p>
      <w:pPr>
        <w:spacing w:after="100"/>
      </w:pPr>
      <w:r>
        <w:rPr>
          <w:rFonts w:ascii="Sora" w:hAnsi="Sora"/>
          <w:sz w:val="16"/>
        </w:rPr>
        <w:t xml:space="preserve">□  Dziennikarz      </w:t>
      </w:r>
      <w:r>
        <w:rPr>
          <w:rFonts w:ascii="Sora" w:hAnsi="Sora"/>
          <w:sz w:val="16"/>
        </w:rPr>
        <w:t xml:space="preserve">□  Fotograf      </w:t>
      </w:r>
      <w:r>
        <w:rPr>
          <w:rFonts w:ascii="Sora" w:hAnsi="Sora"/>
          <w:sz w:val="16"/>
        </w:rPr>
        <w:t xml:space="preserve">□  Operator wideo      </w:t>
      </w:r>
      <w:r>
        <w:rPr>
          <w:rFonts w:ascii="Sora" w:hAnsi="Sora"/>
          <w:sz w:val="16"/>
        </w:rPr>
        <w:t xml:space="preserve">□  Inna: ........................      </w:t>
      </w:r>
    </w:p>
    <w:p>
      <w:pPr>
        <w:pStyle w:val="FormSection"/>
      </w:pPr>
      <w:r>
        <w:t>Redakcja lub organizacja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vAlign w:val="center"/>
          </w:tcPr>
          <w:p>
            <w:pPr>
              <w:spacing w:after="60"/>
            </w:pPr>
            <w:r>
              <w:rPr>
                <w:rFonts w:ascii="Sora" w:hAnsi="Sora"/>
                <w:b/>
                <w:color w:val="5B5B66"/>
                <w:sz w:val="14"/>
              </w:rPr>
              <w:t>PEŁNA NAZWA REDAKCJI LUB ORGANIZACJI</w:t>
            </w:r>
          </w:p>
          <w:p>
            <w:pPr>
              <w:spacing w:after="160" w:line="240" w:lineRule="auto"/>
              <w:pBdr>
                <w:bottom w:val="single" w:sz="6" w:color="D9D4E2" w:space="2"/>
              </w:pBdr>
            </w:pPr>
            <w:r>
              <w:t xml:space="preserve"> </w:t>
            </w:r>
          </w:p>
        </w:tc>
      </w:tr>
    </w:tbl>
    <w:p>
      <w:pPr>
        <w:spacing w:after="20" w:line="40" w:lineRule="exact"/>
      </w:pPr>
      <w:r>
        <w:rPr>
          <w:sz w:val="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vAlign w:val="center"/>
          </w:tcPr>
          <w:p>
            <w:pPr>
              <w:spacing w:after="60"/>
            </w:pPr>
            <w:r>
              <w:rPr>
                <w:rFonts w:ascii="Sora" w:hAnsi="Sora"/>
                <w:b/>
                <w:color w:val="5B5B66"/>
                <w:sz w:val="14"/>
              </w:rPr>
              <w:t>STRONA INTERNETOWA LUB PROFIL PUBLIKACJI</w:t>
            </w:r>
          </w:p>
          <w:p>
            <w:pPr>
              <w:spacing w:after="160" w:line="240" w:lineRule="auto"/>
              <w:pBdr>
                <w:bottom w:val="single" w:sz="6" w:color="D9D4E2" w:space="2"/>
              </w:pBdr>
            </w:pPr>
            <w:r>
              <w:t xml:space="preserve"> </w:t>
            </w:r>
          </w:p>
        </w:tc>
      </w:tr>
    </w:tbl>
    <w:p>
      <w:pPr>
        <w:spacing w:after="20" w:line="40" w:lineRule="exact"/>
      </w:pPr>
      <w:r>
        <w:rPr>
          <w:sz w:val="4"/>
        </w:rPr>
        <w:t xml:space="preserve"> </w:t>
      </w:r>
    </w:p>
    <w:p>
      <w:pPr>
        <w:pStyle w:val="SmallNote"/>
      </w:pPr>
      <w:r>
        <w:rPr>
          <w:color w:val="5B5B66"/>
        </w:rPr>
        <w:t>Osoba niezależna może wpisać nazwę własnego kanału lub profilu, na którym planuje opublikować materiał.</w:t>
      </w:r>
    </w:p>
    <w:p>
      <w:pPr>
        <w:pStyle w:val="FormSection"/>
      </w:pPr>
      <w:r>
        <w:t>Zakres relacji</w:t>
      </w:r>
    </w:p>
    <w:p>
      <w:pPr>
        <w:spacing w:after="80"/>
      </w:pPr>
      <w:r>
        <w:rPr>
          <w:b/>
          <w:sz w:val="16"/>
        </w:rPr>
        <w:t>Planowana forma materiału</w:t>
      </w:r>
    </w:p>
    <w:p>
      <w:pPr>
        <w:spacing w:after="100"/>
      </w:pPr>
      <w:r>
        <w:rPr>
          <w:rFonts w:ascii="Sora" w:hAnsi="Sora"/>
          <w:sz w:val="16"/>
        </w:rPr>
        <w:t xml:space="preserve">□  Artykuł / wywiad      </w:t>
      </w:r>
      <w:r>
        <w:rPr>
          <w:rFonts w:ascii="Sora" w:hAnsi="Sora"/>
          <w:sz w:val="16"/>
        </w:rPr>
        <w:t xml:space="preserve">□  Zdjęcia      </w:t>
      </w:r>
      <w:r>
        <w:rPr>
          <w:rFonts w:ascii="Sora" w:hAnsi="Sora"/>
          <w:sz w:val="16"/>
        </w:rPr>
        <w:t xml:space="preserve">□  Wideo      </w:t>
      </w:r>
      <w:r>
        <w:rPr>
          <w:rFonts w:ascii="Sora" w:hAnsi="Sora"/>
          <w:sz w:val="16"/>
        </w:rPr>
        <w:t xml:space="preserve">□  Relacja w mediach społecznościowych     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vAlign w:val="center"/>
          </w:tcPr>
          <w:p>
            <w:pPr>
              <w:spacing w:after="60"/>
            </w:pPr>
            <w:r>
              <w:rPr>
                <w:rFonts w:ascii="Sora" w:hAnsi="Sora"/>
                <w:b/>
                <w:color w:val="5B5B66"/>
                <w:sz w:val="14"/>
              </w:rPr>
              <w:t>TEMAT LUB KRÓTKI OPIS PLANOWANEJ RELACJI</w:t>
            </w:r>
          </w:p>
          <w:p>
            <w:pPr>
              <w:spacing w:after="160" w:line="240" w:lineRule="auto"/>
              <w:pBdr>
                <w:bottom w:val="single" w:sz="6" w:color="D9D4E2" w:space="2"/>
              </w:pBdr>
            </w:pPr>
            <w:r>
              <w:t xml:space="preserve"> </w:t>
            </w:r>
          </w:p>
        </w:tc>
      </w:tr>
    </w:tbl>
    <w:p>
      <w:pPr>
        <w:spacing w:after="20" w:line="40" w:lineRule="exact"/>
      </w:pPr>
      <w:r>
        <w:rPr>
          <w:sz w:val="4"/>
        </w:rPr>
        <w:t xml:space="preserve"> </w:t>
      </w:r>
    </w:p>
    <w:p>
      <w:pPr>
        <w:spacing w:before="60" w:after="100"/>
      </w:pPr>
      <w:r>
        <w:rPr>
          <w:sz w:val="16"/>
        </w:rPr>
        <w:t>Wnioskuję o zgodę na rejestrację podczas wydarzenia:</w:t>
      </w:r>
    </w:p>
    <w:p>
      <w:pPr>
        <w:spacing w:after="100"/>
      </w:pPr>
      <w:r>
        <w:rPr>
          <w:rFonts w:ascii="Sora" w:hAnsi="Sora"/>
          <w:sz w:val="16"/>
        </w:rPr>
        <w:t xml:space="preserve">□  Fotografowanie      </w:t>
      </w:r>
      <w:r>
        <w:rPr>
          <w:rFonts w:ascii="Sora" w:hAnsi="Sora"/>
          <w:sz w:val="16"/>
        </w:rPr>
        <w:t xml:space="preserve">□  Nagrywanie obrazu      </w:t>
      </w:r>
      <w:r>
        <w:rPr>
          <w:rFonts w:ascii="Sora" w:hAnsi="Sora"/>
          <w:sz w:val="16"/>
        </w:rPr>
        <w:t xml:space="preserve">□  Nagrywanie dźwięku      </w:t>
      </w:r>
    </w:p>
    <w:p>
      <w:pPr>
        <w:pStyle w:val="FormSection"/>
      </w:pPr>
      <w:r>
        <w:t>Potwierdzenie zgłoszenia</w:t>
      </w:r>
    </w:p>
    <w:p>
      <w:pPr>
        <w:spacing w:after="180"/>
      </w:pPr>
      <w:r>
        <w:rPr>
          <w:sz w:val="16"/>
        </w:rPr>
        <w:t>Potwierdzam poprawność podanych danych. Przyjmuję do wiadomości, że złożenie formularza nie oznacza przyznania akredytacji, a fotografowanie i nagrywanie podczas wydarzenia wymaga potwierdzenia przez organizatora.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vAlign w:val="center"/>
          </w:tcPr>
          <w:p>
            <w:pPr>
              <w:spacing w:after="60"/>
            </w:pPr>
            <w:r>
              <w:rPr>
                <w:rFonts w:ascii="Sora" w:hAnsi="Sora"/>
                <w:b/>
                <w:color w:val="5B5B66"/>
                <w:sz w:val="14"/>
              </w:rPr>
              <w:t>DATA</w:t>
            </w:r>
          </w:p>
          <w:p>
            <w:pPr>
              <w:spacing w:after="160" w:line="240" w:lineRule="auto"/>
              <w:pBdr>
                <w:bottom w:val="single" w:sz="6" w:color="D9D4E2" w:space="2"/>
              </w:pBdr>
            </w:pPr>
            <w:r>
              <w:t xml:space="preserve"> </w:t>
            </w:r>
          </w:p>
        </w:tc>
        <w:tc>
          <w:tcPr>
            <w:tcW w:type="dxa" w:w="4997"/>
            <w:vAlign w:val="center"/>
          </w:tcPr>
          <w:p>
            <w:pPr>
              <w:spacing w:after="60"/>
            </w:pPr>
            <w:r>
              <w:rPr>
                <w:rFonts w:ascii="Sora" w:hAnsi="Sora"/>
                <w:b/>
                <w:color w:val="5B5B66"/>
                <w:sz w:val="14"/>
              </w:rPr>
              <w:t>PODPIS OSOBY ZGŁASZAJĄCEJ</w:t>
            </w:r>
          </w:p>
          <w:p>
            <w:pPr>
              <w:spacing w:after="160" w:line="240" w:lineRule="auto"/>
              <w:pBdr>
                <w:bottom w:val="single" w:sz="6" w:color="D9D4E2" w:space="2"/>
              </w:pBdr>
            </w:pPr>
            <w:r>
              <w:t xml:space="preserve"> </w:t>
            </w:r>
          </w:p>
        </w:tc>
      </w:tr>
    </w:tbl>
    <w:p>
      <w:pPr>
        <w:spacing w:after="20" w:line="40" w:lineRule="exact"/>
      </w:pPr>
      <w:r>
        <w:rPr>
          <w:sz w:val="4"/>
        </w:rPr>
        <w:t xml:space="preserve"> </w:t>
      </w:r>
    </w:p>
    <w:sectPr w:rsidR="00FC693F" w:rsidRPr="0006063C" w:rsidSect="00034616">
      <w:footerReference w:type="default" r:id="rId10"/>
      <w:pgSz w:w="12240" w:h="15840"/>
      <w:pgMar w:top="835" w:right="1123" w:bottom="792" w:left="1123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hakra Petch" w:hAnsi="Chakra Petch"/>
        <w:color w:val="A074FF"/>
        <w:sz w:val="14"/>
      </w:rPr>
      <w:t>LORD OF LASERS  •  KRAKÓW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3" w:lineRule="auto"/>
    </w:pPr>
    <w:rPr>
      <w:rFonts w:ascii="Sora" w:hAnsi="Sora"/>
      <w:color w:val="111115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="Chakra Petch" w:hAnsi="Chakra Petch"/>
      <w:b/>
      <w:color w:val="111115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Section">
    <w:name w:val="Form Section"/>
    <w:pPr>
      <w:spacing w:before="260" w:after="140"/>
    </w:pPr>
    <w:rPr>
      <w:rFonts w:ascii="Chakra Petch" w:hAnsi="Chakra Petch"/>
      <w:b/>
      <w:color w:val="111115"/>
      <w:sz w:val="22"/>
    </w:rPr>
  </w:style>
  <w:style w:type="paragraph" w:customStyle="1" w:styleId="SmallNote">
    <w:name w:val="Small Note"/>
    <w:pPr>
      <w:spacing w:before="0" w:after="0"/>
    </w:pPr>
    <w:rPr>
      <w:rFonts w:ascii="Sora" w:hAnsi="Sora"/>
      <w:b w:val="0"/>
      <w:color w:val="111115"/>
      <w:sz w:val="1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Lord of Lasers 2026 Formularz akredytacyjny</dc:title>
  <dc:subject>Formularz zgłoszenia akredytacji medialnej na wydarzenie w Krakowie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